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rFonts w:ascii="游明朝" w:hAnsi="游明朝" w:eastAsia="游明朝"/>
          <w:b/>
          <w:sz w:val="32"/>
        </w:rPr>
        <w:t>職 務 経 歴 書</w:t>
      </w:r>
    </w:p>
    <w:p>
      <w:pPr>
        <w:spacing w:before="120"/>
        <w:jc w:val="right"/>
      </w:pPr>
      <w:r>
        <w:rPr>
          <w:rFonts w:ascii="游明朝" w:hAnsi="游明朝" w:eastAsia="游明朝"/>
          <w:b w:val="0"/>
          <w:color w:val="888888"/>
        </w:rPr>
        <w:t>［提出日］</w:t>
      </w:r>
      <w:r>
        <w:rPr>
          <w:rFonts w:ascii="游明朝" w:hAnsi="游明朝" w:eastAsia="游明朝"/>
          <w:b w:val="0"/>
        </w:rPr>
        <w:t>現在</w:t>
      </w:r>
    </w:p>
    <w:p>
      <w:pPr>
        <w:spacing w:before="0"/>
        <w:jc w:val="right"/>
      </w:pPr>
      <w:r>
        <w:rPr>
          <w:rFonts w:ascii="游明朝" w:hAnsi="游明朝" w:eastAsia="游明朝"/>
          <w:b w:val="0"/>
        </w:rPr>
        <w:t xml:space="preserve">氏名　</w:t>
      </w:r>
      <w:r>
        <w:rPr>
          <w:rFonts w:ascii="游明朝" w:hAnsi="游明朝" w:eastAsia="游明朝"/>
          <w:b w:val="0"/>
          <w:color w:val="888888"/>
        </w:rPr>
        <w:t>［氏名］</w:t>
      </w:r>
    </w:p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■職務要約</w:t>
      </w:r>
    </w:p>
    <w:p>
      <w:pPr>
        <w:spacing w:before="0"/>
      </w:pPr>
      <w:r>
        <w:rPr>
          <w:rFonts w:ascii="游明朝" w:hAnsi="游明朝" w:eastAsia="游明朝"/>
          <w:b w:val="0"/>
          <w:color w:val="888888"/>
        </w:rPr>
        <w:t>［職種］</w:t>
      </w:r>
      <w:r>
        <w:rPr>
          <w:rFonts w:ascii="游明朝" w:hAnsi="游明朝" w:eastAsia="游明朝"/>
          <w:b w:val="0"/>
        </w:rPr>
        <w:t>として</w:t>
      </w:r>
      <w:r>
        <w:rPr>
          <w:rFonts w:ascii="游明朝" w:hAnsi="游明朝" w:eastAsia="游明朝"/>
          <w:b w:val="0"/>
          <w:color w:val="888888"/>
        </w:rPr>
        <w:t>［年数］</w:t>
      </w:r>
      <w:r>
        <w:rPr>
          <w:rFonts w:ascii="游明朝" w:hAnsi="游明朝" w:eastAsia="游明朝"/>
          <w:b w:val="0"/>
        </w:rPr>
        <w:t>年、</w:t>
      </w:r>
      <w:r>
        <w:rPr>
          <w:rFonts w:ascii="游明朝" w:hAnsi="游明朝" w:eastAsia="游明朝"/>
          <w:b w:val="0"/>
          <w:color w:val="888888"/>
        </w:rPr>
        <w:t>［主な業務］</w:t>
      </w:r>
      <w:r>
        <w:rPr>
          <w:rFonts w:ascii="游明朝" w:hAnsi="游明朝" w:eastAsia="游明朝"/>
          <w:b w:val="0"/>
        </w:rPr>
        <w:t>を担当してきました。</w:t>
      </w:r>
      <w:r>
        <w:rPr>
          <w:rFonts w:ascii="游明朝" w:hAnsi="游明朝" w:eastAsia="游明朝"/>
          <w:b w:val="0"/>
          <w:color w:val="888888"/>
        </w:rPr>
        <w:t>［使ったソフト］</w:t>
      </w:r>
      <w:r>
        <w:rPr>
          <w:rFonts w:ascii="游明朝" w:hAnsi="游明朝" w:eastAsia="游明朝"/>
          <w:b w:val="0"/>
        </w:rPr>
        <w:t>を使い、</w:t>
      </w:r>
      <w:r>
        <w:rPr>
          <w:rFonts w:ascii="游明朝" w:hAnsi="游明朝" w:eastAsia="游明朝"/>
          <w:b w:val="0"/>
          <w:color w:val="888888"/>
        </w:rPr>
        <w:t>［担当した範囲］</w:t>
      </w:r>
      <w:r>
        <w:rPr>
          <w:rFonts w:ascii="游明朝" w:hAnsi="游明朝" w:eastAsia="游明朝"/>
          <w:b w:val="0"/>
        </w:rPr>
        <w:t>まで経験しています。</w:t>
      </w:r>
    </w:p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■活かせる経験・スキル</w:t>
      </w:r>
    </w:p>
    <w:p>
      <w:pPr>
        <w:spacing w:before="0"/>
        <w:ind w:left="198" w:hanging="198"/>
      </w:pPr>
      <w:r>
        <w:rPr>
          <w:rFonts w:ascii="游明朝" w:hAnsi="游明朝" w:eastAsia="游明朝"/>
          <w:b w:val="0"/>
        </w:rPr>
        <w:t>・</w:t>
      </w:r>
      <w:r>
        <w:rPr>
          <w:rFonts w:ascii="游明朝" w:hAnsi="游明朝" w:eastAsia="游明朝"/>
          <w:b w:val="0"/>
          <w:color w:val="888888"/>
        </w:rPr>
        <w:t>［応募先に関係する経験］</w:t>
      </w:r>
    </w:p>
    <w:p>
      <w:pPr>
        <w:spacing w:before="0"/>
        <w:ind w:left="198" w:hanging="198"/>
      </w:pPr>
      <w:r>
        <w:rPr>
          <w:rFonts w:ascii="游明朝" w:hAnsi="游明朝" w:eastAsia="游明朝"/>
          <w:b w:val="0"/>
        </w:rPr>
        <w:t>・</w:t>
      </w:r>
      <w:r>
        <w:rPr>
          <w:rFonts w:ascii="游明朝" w:hAnsi="游明朝" w:eastAsia="游明朝"/>
          <w:b w:val="0"/>
          <w:color w:val="888888"/>
        </w:rPr>
        <w:t>［応募先に関係するスキルや資格］</w:t>
      </w:r>
    </w:p>
    <w:p>
      <w:pPr>
        <w:spacing w:before="0"/>
        <w:ind w:left="198" w:hanging="198"/>
      </w:pPr>
      <w:r>
        <w:rPr>
          <w:rFonts w:ascii="游明朝" w:hAnsi="游明朝" w:eastAsia="游明朝"/>
          <w:b w:val="0"/>
        </w:rPr>
        <w:t>・</w:t>
      </w:r>
      <w:r>
        <w:rPr>
          <w:rFonts w:ascii="游明朝" w:hAnsi="游明朝" w:eastAsia="游明朝"/>
          <w:b w:val="0"/>
          <w:color w:val="888888"/>
        </w:rPr>
        <w:t>［実際にした工夫や改善］</w:t>
      </w:r>
    </w:p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■職務経歴</w:t>
      </w:r>
    </w:p>
    <w:p>
      <w:pPr>
        <w:spacing w:before="40"/>
      </w:pPr>
      <w:r>
        <w:rPr>
          <w:rFonts w:ascii="游明朝" w:hAnsi="游明朝" w:eastAsia="游明朝"/>
          <w:b/>
          <w:color w:val="888888"/>
        </w:rPr>
        <w:t>［会社名］</w:t>
      </w:r>
    </w:p>
    <w:p>
      <w:pPr>
        <w:spacing w:before="0"/>
      </w:pPr>
      <w:r>
        <w:rPr>
          <w:rFonts w:ascii="游明朝" w:hAnsi="游明朝" w:eastAsia="游明朝"/>
          <w:b w:val="0"/>
        </w:rPr>
        <w:t>事業内容：</w:t>
      </w:r>
      <w:r>
        <w:rPr>
          <w:rFonts w:ascii="游明朝" w:hAnsi="游明朝" w:eastAsia="游明朝"/>
          <w:b w:val="0"/>
          <w:color w:val="888888"/>
        </w:rPr>
        <w:t>［事業内容］</w:t>
      </w:r>
      <w:r>
        <w:rPr>
          <w:rFonts w:ascii="游明朝" w:hAnsi="游明朝" w:eastAsia="游明朝"/>
          <w:b w:val="0"/>
        </w:rPr>
        <w:t>／従業員数：</w:t>
      </w:r>
      <w:r>
        <w:rPr>
          <w:rFonts w:ascii="游明朝" w:hAnsi="游明朝" w:eastAsia="游明朝"/>
          <w:b w:val="0"/>
          <w:color w:val="888888"/>
        </w:rPr>
        <w:t>［人数］</w:t>
      </w:r>
      <w:r>
        <w:rPr>
          <w:rFonts w:ascii="游明朝" w:hAnsi="游明朝" w:eastAsia="游明朝"/>
          <w:b w:val="0"/>
        </w:rPr>
        <w:t>名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637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74"/>
        <w:gridCol w:w="6122"/>
        <w:gridCol w:w="2040"/>
      </w:tblGrid>
      <w:tr>
        <w:tc>
          <w:tcPr>
            <w:tcW w:type="dxa" w:w="1474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期間</w:t>
            </w:r>
          </w:p>
        </w:tc>
        <w:tc>
          <w:tcPr>
            <w:tcW w:type="dxa" w:w="6123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業務内容</w:t>
            </w:r>
          </w:p>
        </w:tc>
        <w:tc>
          <w:tcPr>
            <w:tcW w:type="dxa" w:w="2041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所属・雇用形態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明朝" w:hAnsi="游明朝" w:eastAsia="游明朝"/>
                <w:b w:val="0"/>
                <w:color w:val="888888"/>
              </w:rPr>
              <w:t>［入社年月］</w:t>
            </w:r>
          </w:p>
          <w:p>
            <w:r>
              <w:rPr>
                <w:rFonts w:ascii="游明朝" w:hAnsi="游明朝" w:eastAsia="游明朝"/>
                <w:b w:val="0"/>
              </w:rPr>
              <w:t>〜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［退職年月］</w:t>
            </w:r>
          </w:p>
          <w:p>
            <w:r>
              <w:rPr>
                <w:rFonts w:ascii="游明朝" w:hAnsi="游明朝" w:eastAsia="游明朝"/>
                <w:b w:val="0"/>
              </w:rPr>
              <w:t>（または 現在）</w:t>
            </w:r>
          </w:p>
        </w:tc>
        <w:tc>
          <w:tcPr>
            <w:tcW w:type="dxa" w:w="6123"/>
          </w:tcPr>
          <w:p>
            <w:r/>
            <w:r>
              <w:rPr>
                <w:rFonts w:ascii="游明朝" w:hAnsi="游明朝" w:eastAsia="游明朝"/>
                <w:b/>
              </w:rPr>
              <w:t>【担当業務】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［応募先に関係する業務］</w:t>
            </w:r>
            <w:r>
              <w:rPr>
                <w:rFonts w:ascii="游明朝" w:hAnsi="游明朝" w:eastAsia="游明朝"/>
                <w:b w:val="0"/>
              </w:rPr>
              <w:t>（月</w:t>
            </w:r>
            <w:r>
              <w:rPr>
                <w:rFonts w:ascii="游明朝" w:hAnsi="游明朝" w:eastAsia="游明朝"/>
                <w:b w:val="0"/>
                <w:color w:val="888888"/>
              </w:rPr>
              <w:t>［件数］</w:t>
            </w:r>
            <w:r>
              <w:rPr>
                <w:rFonts w:ascii="游明朝" w:hAnsi="游明朝" w:eastAsia="游明朝"/>
                <w:b w:val="0"/>
              </w:rPr>
              <w:t>件程度）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［そのほかの業務］</w:t>
            </w:r>
          </w:p>
          <w:p/>
          <w:p>
            <w:r>
              <w:rPr>
                <w:rFonts w:ascii="游明朝" w:hAnsi="游明朝" w:eastAsia="游明朝"/>
                <w:b/>
              </w:rPr>
              <w:t>【工夫・実績】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［実際にした工夫と、その結果］</w:t>
            </w:r>
          </w:p>
        </w:tc>
        <w:tc>
          <w:tcPr>
            <w:tcW w:type="dxa" w:w="2041"/>
          </w:tcPr>
          <w:p>
            <w:r/>
            <w:r>
              <w:rPr>
                <w:rFonts w:ascii="游明朝" w:hAnsi="游明朝" w:eastAsia="游明朝"/>
                <w:b/>
              </w:rPr>
              <w:t>【所属】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［部署名］</w:t>
            </w:r>
          </w:p>
          <w:p/>
          <w:p>
            <w:r>
              <w:rPr>
                <w:rFonts w:ascii="游明朝" w:hAnsi="游明朝" w:eastAsia="游明朝"/>
                <w:b/>
              </w:rPr>
              <w:t>【雇用形態】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［正社員・派遣など］</w:t>
            </w:r>
          </w:p>
        </w:tc>
      </w:tr>
    </w:tbl>
    <w:p>
      <w:pPr>
        <w:spacing w:before="160"/>
      </w:pPr>
      <w:r>
        <w:rPr>
          <w:rFonts w:ascii="游明朝" w:hAnsi="游明朝" w:eastAsia="游明朝"/>
          <w:b/>
          <w:color w:val="888888"/>
        </w:rPr>
        <w:t>［会社名］</w:t>
      </w:r>
    </w:p>
    <w:p>
      <w:pPr>
        <w:spacing w:before="0"/>
      </w:pPr>
      <w:r>
        <w:rPr>
          <w:rFonts w:ascii="游明朝" w:hAnsi="游明朝" w:eastAsia="游明朝"/>
          <w:b w:val="0"/>
        </w:rPr>
        <w:t>事業内容：</w:t>
      </w:r>
      <w:r>
        <w:rPr>
          <w:rFonts w:ascii="游明朝" w:hAnsi="游明朝" w:eastAsia="游明朝"/>
          <w:b w:val="0"/>
          <w:color w:val="888888"/>
        </w:rPr>
        <w:t>［事業内容］</w:t>
      </w:r>
      <w:r>
        <w:rPr>
          <w:rFonts w:ascii="游明朝" w:hAnsi="游明朝" w:eastAsia="游明朝"/>
          <w:b w:val="0"/>
        </w:rPr>
        <w:t>／従業員数：</w:t>
      </w:r>
      <w:r>
        <w:rPr>
          <w:rFonts w:ascii="游明朝" w:hAnsi="游明朝" w:eastAsia="游明朝"/>
          <w:b w:val="0"/>
          <w:color w:val="888888"/>
        </w:rPr>
        <w:t>［人数］</w:t>
      </w:r>
      <w:r>
        <w:rPr>
          <w:rFonts w:ascii="游明朝" w:hAnsi="游明朝" w:eastAsia="游明朝"/>
          <w:b w:val="0"/>
        </w:rPr>
        <w:t>名</w:t>
      </w:r>
    </w:p>
    <w:tbl>
      <w:tblPr>
        <w:tblW w:type="auto" w:w="0"/>
        <w:tblLayout w:type="fixed"/>
        <w:tblLook w:firstColumn="1" w:firstRow="1" w:lastColumn="0" w:lastRow="0" w:noHBand="0" w:noVBand="1" w:val="04A0"/>
        <w:tblW w:w="9637" w:type="dxa"/>
        <w:tblLayout w:type="fixed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74"/>
        <w:gridCol w:w="6122"/>
        <w:gridCol w:w="2040"/>
      </w:tblGrid>
      <w:tr>
        <w:tc>
          <w:tcPr>
            <w:tcW w:type="dxa" w:w="1474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期間</w:t>
            </w:r>
          </w:p>
        </w:tc>
        <w:tc>
          <w:tcPr>
            <w:tcW w:type="dxa" w:w="6123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業務内容</w:t>
            </w:r>
          </w:p>
        </w:tc>
        <w:tc>
          <w:tcPr>
            <w:tcW w:type="dxa" w:w="2041"/>
            <w:shd w:val="clear" w:color="auto" w:fill="E8F6F4"/>
          </w:tcPr>
          <w:p>
            <w:pPr>
              <w:jc w:val="center"/>
            </w:pPr>
            <w:r/>
            <w:r>
              <w:rPr>
                <w:rFonts w:ascii="游明朝" w:hAnsi="游明朝" w:eastAsia="游明朝"/>
                <w:b/>
              </w:rPr>
              <w:t>所属・雇用形態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游明朝" w:hAnsi="游明朝" w:eastAsia="游明朝"/>
                <w:b w:val="0"/>
                <w:color w:val="888888"/>
              </w:rPr>
              <w:t>［入社年月］</w:t>
            </w:r>
          </w:p>
          <w:p>
            <w:r>
              <w:rPr>
                <w:rFonts w:ascii="游明朝" w:hAnsi="游明朝" w:eastAsia="游明朝"/>
                <w:b w:val="0"/>
              </w:rPr>
              <w:t>〜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［退職年月］</w:t>
            </w:r>
          </w:p>
          <w:p>
            <w:r>
              <w:rPr>
                <w:rFonts w:ascii="游明朝" w:hAnsi="游明朝" w:eastAsia="游明朝"/>
                <w:b w:val="0"/>
              </w:rPr>
              <w:t>（または 現在）</w:t>
            </w:r>
          </w:p>
        </w:tc>
        <w:tc>
          <w:tcPr>
            <w:tcW w:type="dxa" w:w="6123"/>
          </w:tcPr>
          <w:p>
            <w:r/>
            <w:r>
              <w:rPr>
                <w:rFonts w:ascii="游明朝" w:hAnsi="游明朝" w:eastAsia="游明朝"/>
                <w:b/>
              </w:rPr>
              <w:t>【担当業務】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［応募先に関係する業務］</w:t>
            </w:r>
            <w:r>
              <w:rPr>
                <w:rFonts w:ascii="游明朝" w:hAnsi="游明朝" w:eastAsia="游明朝"/>
                <w:b w:val="0"/>
              </w:rPr>
              <w:t>（月</w:t>
            </w:r>
            <w:r>
              <w:rPr>
                <w:rFonts w:ascii="游明朝" w:hAnsi="游明朝" w:eastAsia="游明朝"/>
                <w:b w:val="0"/>
                <w:color w:val="888888"/>
              </w:rPr>
              <w:t>［件数］</w:t>
            </w:r>
            <w:r>
              <w:rPr>
                <w:rFonts w:ascii="游明朝" w:hAnsi="游明朝" w:eastAsia="游明朝"/>
                <w:b w:val="0"/>
              </w:rPr>
              <w:t>件程度）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［そのほかの業務］</w:t>
            </w:r>
          </w:p>
          <w:p/>
          <w:p>
            <w:r>
              <w:rPr>
                <w:rFonts w:ascii="游明朝" w:hAnsi="游明朝" w:eastAsia="游明朝"/>
                <w:b/>
              </w:rPr>
              <w:t>【工夫・実績】</w:t>
            </w:r>
          </w:p>
          <w:p>
            <w:pPr>
              <w:ind w:left="198" w:hanging="198"/>
            </w:pPr>
            <w:r>
              <w:rPr>
                <w:rFonts w:ascii="游明朝" w:hAnsi="游明朝" w:eastAsia="游明朝"/>
                <w:b w:val="0"/>
              </w:rPr>
              <w:t>・</w:t>
            </w:r>
            <w:r>
              <w:rPr>
                <w:rFonts w:ascii="游明朝" w:hAnsi="游明朝" w:eastAsia="游明朝"/>
                <w:b w:val="0"/>
                <w:color w:val="888888"/>
              </w:rPr>
              <w:t>［実際にした工夫と、その結果］</w:t>
            </w:r>
          </w:p>
        </w:tc>
        <w:tc>
          <w:tcPr>
            <w:tcW w:type="dxa" w:w="2041"/>
          </w:tcPr>
          <w:p>
            <w:r/>
            <w:r>
              <w:rPr>
                <w:rFonts w:ascii="游明朝" w:hAnsi="游明朝" w:eastAsia="游明朝"/>
                <w:b/>
              </w:rPr>
              <w:t>【所属】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［部署名］</w:t>
            </w:r>
          </w:p>
          <w:p/>
          <w:p>
            <w:r>
              <w:rPr>
                <w:rFonts w:ascii="游明朝" w:hAnsi="游明朝" w:eastAsia="游明朝"/>
                <w:b/>
              </w:rPr>
              <w:t>【雇用形態】</w:t>
            </w:r>
          </w:p>
          <w:p>
            <w:r>
              <w:rPr>
                <w:rFonts w:ascii="游明朝" w:hAnsi="游明朝" w:eastAsia="游明朝"/>
                <w:b w:val="0"/>
                <w:color w:val="888888"/>
              </w:rPr>
              <w:t>［正社員・派遣など］</w:t>
            </w:r>
          </w:p>
        </w:tc>
      </w:tr>
    </w:tbl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■PCスキル</w:t>
      </w:r>
    </w:p>
    <w:p>
      <w:pPr>
        <w:spacing w:before="0"/>
      </w:pPr>
      <w:r>
        <w:rPr>
          <w:rFonts w:ascii="游明朝" w:hAnsi="游明朝" w:eastAsia="游明朝"/>
          <w:b w:val="0"/>
          <w:color w:val="888888"/>
        </w:rPr>
        <w:t>［ソフト名］</w:t>
      </w:r>
      <w:r>
        <w:rPr>
          <w:rFonts w:ascii="游明朝" w:hAnsi="游明朝" w:eastAsia="游明朝"/>
          <w:b w:val="0"/>
        </w:rPr>
        <w:t>：</w:t>
      </w:r>
      <w:r>
        <w:rPr>
          <w:rFonts w:ascii="游明朝" w:hAnsi="游明朝" w:eastAsia="游明朝"/>
          <w:b w:val="0"/>
          <w:color w:val="888888"/>
        </w:rPr>
        <w:t>［使った業務］</w:t>
      </w:r>
      <w:r>
        <w:rPr>
          <w:rFonts w:ascii="游明朝" w:hAnsi="游明朝" w:eastAsia="游明朝"/>
          <w:b w:val="0"/>
        </w:rPr>
        <w:t>／</w:t>
      </w:r>
      <w:r>
        <w:rPr>
          <w:rFonts w:ascii="游明朝" w:hAnsi="游明朝" w:eastAsia="游明朝"/>
          <w:b w:val="0"/>
          <w:color w:val="888888"/>
        </w:rPr>
        <w:t>［できる操作］</w:t>
      </w:r>
    </w:p>
    <w:p>
      <w:pPr>
        <w:spacing w:before="0"/>
      </w:pPr>
      <w:r>
        <w:rPr>
          <w:rFonts w:ascii="游明朝" w:hAnsi="游明朝" w:eastAsia="游明朝"/>
          <w:b w:val="0"/>
        </w:rPr>
        <w:t>学習中：</w:t>
      </w:r>
      <w:r>
        <w:rPr>
          <w:rFonts w:ascii="游明朝" w:hAnsi="游明朝" w:eastAsia="游明朝"/>
          <w:b w:val="0"/>
          <w:color w:val="888888"/>
        </w:rPr>
        <w:t>［学習中のソフトや操作］</w:t>
      </w:r>
    </w:p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■資格</w:t>
      </w:r>
    </w:p>
    <w:p>
      <w:pPr>
        <w:spacing w:before="0"/>
      </w:pPr>
      <w:r>
        <w:rPr>
          <w:rFonts w:ascii="游明朝" w:hAnsi="游明朝" w:eastAsia="游明朝"/>
          <w:b w:val="0"/>
          <w:color w:val="888888"/>
        </w:rPr>
        <w:t>［取得年月］</w:t>
      </w:r>
      <w:r>
        <w:rPr>
          <w:rFonts w:ascii="游明朝" w:hAnsi="游明朝" w:eastAsia="游明朝"/>
          <w:b w:val="0"/>
        </w:rPr>
        <w:t xml:space="preserve">　</w:t>
      </w:r>
      <w:r>
        <w:rPr>
          <w:rFonts w:ascii="游明朝" w:hAnsi="游明朝" w:eastAsia="游明朝"/>
          <w:b w:val="0"/>
          <w:color w:val="888888"/>
        </w:rPr>
        <w:t>［資格の正式名称］</w:t>
      </w:r>
    </w:p>
    <w:p>
      <w:pPr>
        <w:spacing w:before="240" w:after="80"/>
        <w:pBdr>
          <w:bottom w:val="single" w:sz="8" w:space="1" w:color="333333"/>
        </w:pBdr>
      </w:pPr>
      <w:r>
        <w:rPr>
          <w:rFonts w:ascii="游明朝" w:hAnsi="游明朝" w:eastAsia="游明朝"/>
          <w:b/>
          <w:sz w:val="23"/>
        </w:rPr>
        <w:t>■自己PR</w:t>
      </w:r>
    </w:p>
    <w:p>
      <w:pPr>
        <w:spacing w:before="0"/>
      </w:pPr>
      <w:r>
        <w:rPr>
          <w:rFonts w:ascii="游明朝" w:hAnsi="游明朝" w:eastAsia="游明朝"/>
          <w:b w:val="0"/>
          <w:color w:val="888888"/>
        </w:rPr>
        <w:t>［強み］</w:t>
      </w:r>
      <w:r>
        <w:rPr>
          <w:rFonts w:ascii="游明朝" w:hAnsi="游明朝" w:eastAsia="游明朝"/>
          <w:b w:val="0"/>
        </w:rPr>
        <w:t xml:space="preserve">　</w:t>
      </w:r>
      <w:r>
        <w:rPr>
          <w:rFonts w:ascii="游明朝" w:hAnsi="游明朝" w:eastAsia="游明朝"/>
          <w:b w:val="0"/>
          <w:color w:val="888888"/>
        </w:rPr>
        <w:t>［強みを発揮した実際の経験］</w:t>
      </w:r>
      <w:r>
        <w:rPr>
          <w:rFonts w:ascii="游明朝" w:hAnsi="游明朝" w:eastAsia="游明朝"/>
          <w:b w:val="0"/>
        </w:rPr>
        <w:t xml:space="preserve">　</w:t>
      </w:r>
      <w:r>
        <w:rPr>
          <w:rFonts w:ascii="游明朝" w:hAnsi="游明朝" w:eastAsia="游明朝"/>
          <w:b w:val="0"/>
          <w:color w:val="888888"/>
        </w:rPr>
        <w:t>［応募先で活かしたい場面］</w:t>
      </w:r>
    </w:p>
    <w:p>
      <w:pPr>
        <w:spacing w:before="280"/>
        <w:jc w:val="right"/>
      </w:pPr>
      <w:r>
        <w:rPr>
          <w:rFonts w:ascii="游明朝" w:hAnsi="游明朝" w:eastAsia="游明朝"/>
          <w:b w:val="0"/>
        </w:rPr>
        <w:t>以上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職務経歴書（事務職）ひな形</dc:title>
  <dc:subject/>
  <dc:creator>かなたんブログ</dc:creator>
  <cp:keywords/>
  <dc:description/>
  <cp:lastModifiedBy>かなたんブログ</cp:lastModifiedBy>
  <cp:revision>1</cp:revision>
  <dcterms:created xsi:type="dcterms:W3CDTF">2013-12-23T23:15:00Z</dcterms:created>
  <dcterms:modified xsi:type="dcterms:W3CDTF">2013-12-23T23:15:00Z</dcterms:modified>
  <cp:category/>
</cp:coreProperties>
</file>